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מחייו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החלום והמאמץ להגשמתו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קטע יומן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בוחרים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בית בטוח לעם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המשיך לפעול למרות הקשיים והלעג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הספר המפורסם שבו הציג את רעיונו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שבו הרצל למד משפטים)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(מקום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שכתב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(גיל שבו הרצל נפטר)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תיבת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מערים רבות - זקנים וצעירים, עשירים ועניים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לבי דפק - מילה שמתארת התרגשות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חלום אישי או קבוצתי ויפרט שלושה צעדים מעשיים להגשמתו, בדומה לאופן שבו הרצל פעל להגשים את חלומו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בטוח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בעיר 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שצריך להמשיך לפעול גם כשקשה, ולא לוותר כשלועגים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קטע היומן הדמיוני בקול רם לפני שהתלמידים עונים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משימת הכתיבה האישית לדיון כיתתי קצר על חלומות וצעדים מעשיים להגשמתם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ההתאמה ככלי חזרה מהיר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סיפורו של בנימין זאב הרצל, האיש שחלם על בית בטוח לעם היהודי ופעל כדי להגשים את החלום.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בזל  ·  משפטים  ·  פריז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- בוחרים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הרצל למד בוינה...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בספר מדינת היהודים הרצל הציע...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לבנות גשר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לפתוח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 בטוח לעם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הקונגרס הציוני הראשון התקיים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הפסיק לחלום כשאנשים לא האמינו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ספר בשם מדינת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למד __________ בוינה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העיתון שלח את הרצל לעיר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הקונגרס הציוני הראשון התקיים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 שכתב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גיל שבו הרצל נפטר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שבו הרצל למד משפטים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4. 44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הקונגרס הציוני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- תיבת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היו האנשים שהרצל ראה באולם בבזל? כתבו שתי דוגמאות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ביומן מתארת את ההרגשה של הרצל כשנכנס לאולם?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 -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הרצל אמר שחלום מתגשם כשרוצים ופועלים. כתבו על חלום שיש לכם - לעצמכם, לכיתה או לשכונה. מה החלום? מה שלושה צעדים שתעשו כדי להגשים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