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מחייו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החלום והמאמץ להגשמתו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קטע יומן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בוחרים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בית בטוח לעם היהודי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 ויתר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44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תמונה של הרצל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המשיך לפעול למרות הקשיים והלעג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הספר המפורסם שבו הציג את רעיונו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הקונגרס התקיים בעיר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ביומן הוא כתב שהוא כבר לא חולם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נפטר כשהיה בן 44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5. 44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בטוח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שבו הרצל למד משפטים)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(מקום 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(ספר שכתב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(גיל שבו הרצל נפטר)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(תפקיד שהרצל מילא לפני פעילותו הציונית)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תיבת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אנשים מערים רבות - זקנים וצעירים, עשירים ועניים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לבי דפק - מילה שמתארת התרגשות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הבין שיש עוד אנשים שרוצים באותו דבר ושחולמים איתו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הוא ידע שהקמת מדינה תיקח זמן רב ומאמץ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יתאר חלום אישי או קבוצתי ויפרט שלושה צעדים מעשיים להגשמתו, בדומה לאופן שבו הרצל פעל להגשים את חלומו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בטוח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בעיר 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שצריך להמשיך לפעול גם כשקשה, ולא לוותר כשלועגים 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קטע היומן הדמיוני בקול רם לפני שהתלמידים עונים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משימת הכתיבה האישית לדיון כיתתי קצר על חלומות וצעדים מעשיים להגשמתם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ההתאמה ככלי חזרה מהיר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סיפורו של בנימין זאב הרצל, האיש שחלם על בית בטוח לעם היהודי ופעל כדי להגשים את החלום.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בוחרים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הרצל למד בוינה...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העיתון שלח את הרצל לעיר...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בספר מדינת היהודים הרצל הציע...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גשר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לפתוח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בטוח לעם היהודי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הקונגרס הציוני הראשון התקיים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כשצחקו על הרצל,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ויתר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בכה והלך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הרצל נפטר כשהיה בן...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בטקס הכרזת המדינה היתה על הקיר...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של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 של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שעון 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הפסיק לחלום כשאנשים לא האמינו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ספר בשם מדינת היהודים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ראה את עצמו כחולם יחיד גם אחרי הקונגרס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חי חיים ארוכים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למד __________ בוינה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העיתון שלח את הרצל לעיר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הקונגרס הציוני הראשון התקיים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בטקס הכרזת המדינה היתה על הקיר תמונה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הרצל נפטר כשהיה בן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בספר שלו הרצל הציע בית __________ לעם היהודי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וינה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תפקיד שהרצל מילא לפני פעילותו הציונית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שבו הרצל למד משפטים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גיל שבו הרצל נפטר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4. 44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שכתב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עיתונאי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הקונגרס הציוני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תיבת 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היו האנשים שהרצל ראה באולם בבזל? כתבו שתי דוגמאות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ביומן מתארת את ההרגשה של הרצל כשנכנס לאולם?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המשפט אני כבר לא חולם לבד?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לדעתכם הרצל כתב הדרך ארוכה?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-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הרצל אמר שחלום מתגשם כשרוצים ופועלים. כתבו על חלום שיש לכם - לעצמכם, לכיתה או לשכונה. מה החלום? מה שלושה צעדים שתעשו כדי להגשים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החלום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מהסיפור על הרצל שיכול לעזור לכם להגשים חלום?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-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